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5E527" w14:textId="77777777" w:rsidR="0019637D" w:rsidRDefault="002F5AC3">
      <w:pPr>
        <w:pStyle w:val="Titel"/>
      </w:pPr>
      <w:r>
        <w:t>Referat af strategimødet i Matera</w:t>
      </w:r>
    </w:p>
    <w:p w14:paraId="1DC5051A" w14:textId="77777777" w:rsidR="0019637D" w:rsidRDefault="002F5AC3">
      <w:r>
        <w:t>Hadsten Hawks Basketball · Oktober 2026</w:t>
      </w:r>
    </w:p>
    <w:p w14:paraId="2A617AB5" w14:textId="77777777" w:rsidR="0019637D" w:rsidRDefault="002F5AC3">
      <w:r>
        <w:t>Til bestyrelsen og deltagerne på Matera-turen</w:t>
      </w:r>
    </w:p>
    <w:p w14:paraId="78AD376F" w14:textId="77777777" w:rsidR="0019637D" w:rsidRDefault="002F5AC3">
      <w:r>
        <w:t>På mødet arbejdede vi med samarbejdet mellem Harlev og Hadsten samt et kommende formandsskifte. Vi udpegede fire områder at arbejde videre med i klubsamarbejdet. Processen for at finde en ny formand skal tages op på næste bestyrelsesmøde. Punktet om rekruttering og fastholdelse af medlemmer blev ikke nået.</w:t>
      </w:r>
    </w:p>
    <w:p w14:paraId="28349AAE" w14:textId="77777777" w:rsidR="0019637D" w:rsidRDefault="002F5AC3">
      <w:r>
        <w:t>Deltagere: Jørgen, Jonas, Birna, Johnny, Thomas Larsen, Thomas J, Hans-Henrik, Carlo og Louise.</w:t>
      </w:r>
    </w:p>
    <w:p w14:paraId="051EDAB5" w14:textId="77777777" w:rsidR="0019637D" w:rsidRDefault="002F5AC3">
      <w:pPr>
        <w:pStyle w:val="Overskrift1"/>
      </w:pPr>
      <w:r>
        <w:t>1 Samarbejdet mellem Harlev og Hadsten</w:t>
      </w:r>
    </w:p>
    <w:p w14:paraId="0BB90EE6" w14:textId="77777777" w:rsidR="0019637D" w:rsidRDefault="002F5AC3">
      <w:pPr>
        <w:pStyle w:val="Overskrift2"/>
      </w:pPr>
      <w:r>
        <w:t>Muligheder for spillere og hold</w:t>
      </w:r>
    </w:p>
    <w:p w14:paraId="557D496C" w14:textId="77777777" w:rsidR="0019637D" w:rsidRDefault="002F5AC3">
      <w:r>
        <w:t>Der blev peget på fælles kampe og stævnemuligheder, måske særligt for U17, samt samarbejde om årgange med få tilmeldte. Fælles camps eller stævner, træning efter kampe, trænerbytte og fælles tøj blev også nævnt som muligheder.</w:t>
      </w:r>
    </w:p>
    <w:p w14:paraId="42769318" w14:textId="77777777" w:rsidR="0019637D" w:rsidRDefault="002F5AC3">
      <w:pPr>
        <w:pStyle w:val="Overskrift2"/>
      </w:pPr>
      <w:r>
        <w:t>Trænere dommere og frivillige</w:t>
      </w:r>
    </w:p>
    <w:p w14:paraId="59F5D7E8" w14:textId="77777777" w:rsidR="0019637D" w:rsidRDefault="002F5AC3">
      <w:r>
        <w:t>Idéerne omfattede fælles træner- og dommerarrangementer, fysiske møder om både praktiske dommeropgaver og dommerudvikling samt mulighed for, at unge dommere får erfaring på tværs af klubberne. Der blev også rejst spørgsmål om støtte til frivillige ved dommerbordet og foreslået fælles kurser i forbindelse med arbejdet som kvalitetsklub. En klubaften blev nævnt som en mulig start.</w:t>
      </w:r>
    </w:p>
    <w:p w14:paraId="4768D777" w14:textId="77777777" w:rsidR="0019637D" w:rsidRDefault="002F5AC3">
      <w:pPr>
        <w:pStyle w:val="Overskrift2"/>
      </w:pPr>
      <w:r>
        <w:t>Rammer og kommunikation</w:t>
      </w:r>
    </w:p>
    <w:p w14:paraId="1C1ED78F" w14:textId="77777777" w:rsidR="0019637D" w:rsidRDefault="002F5AC3">
      <w:r>
        <w:t>Et tættere samarbejde kræver forventningsafstemning og tydelig kommunikation både internt og eksternt. Det skal afklares, hvad det betyder at være i en alliance. Rollekort for alliancen og fælles Facebook-grupper blev nævnt som mulige redskaber.</w:t>
      </w:r>
    </w:p>
    <w:p w14:paraId="66404EEE" w14:textId="77777777" w:rsidR="0019637D" w:rsidRDefault="002F5AC3">
      <w:pPr>
        <w:pStyle w:val="Overskrift2"/>
      </w:pPr>
      <w:r>
        <w:t>Områder vi arbejder videre med</w:t>
      </w:r>
    </w:p>
    <w:tbl>
      <w:tblPr>
        <w:tblW w:w="0" w:type="auto"/>
        <w:tblLayout w:type="fixed"/>
        <w:tblLook w:val="04A0" w:firstRow="1" w:lastRow="0" w:firstColumn="1" w:lastColumn="0" w:noHBand="0" w:noVBand="1"/>
      </w:tblPr>
      <w:tblGrid>
        <w:gridCol w:w="6624"/>
        <w:gridCol w:w="4968"/>
      </w:tblGrid>
      <w:tr w:rsidR="0019637D" w14:paraId="1D1BF3D1" w14:textId="77777777">
        <w:tc>
          <w:tcPr>
            <w:tcW w:w="496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4C20F353" w14:textId="77777777" w:rsidR="0019637D" w:rsidRDefault="002F5AC3">
            <w:pPr>
              <w:spacing w:after="0"/>
            </w:pPr>
            <w:r>
              <w:rPr>
                <w:b/>
                <w:sz w:val="21"/>
              </w:rPr>
              <w:t>Område</w:t>
            </w:r>
          </w:p>
        </w:tc>
        <w:tc>
          <w:tcPr>
            <w:tcW w:w="496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2723A274" w14:textId="77777777" w:rsidR="0019637D" w:rsidRDefault="002F5AC3">
            <w:pPr>
              <w:spacing w:after="0"/>
            </w:pPr>
            <w:r>
              <w:rPr>
                <w:b/>
                <w:sz w:val="21"/>
              </w:rPr>
              <w:t>Ansvarlige</w:t>
            </w:r>
          </w:p>
        </w:tc>
      </w:tr>
      <w:tr w:rsidR="0019637D" w14:paraId="5AD7E50A" w14:textId="77777777">
        <w:tc>
          <w:tcPr>
            <w:tcW w:w="66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4654AD4" w14:textId="77777777" w:rsidR="0019637D" w:rsidRDefault="002F5AC3">
            <w:pPr>
              <w:spacing w:after="0"/>
            </w:pPr>
            <w:r>
              <w:rPr>
                <w:sz w:val="21"/>
              </w:rPr>
              <w:t>Camp og stævner, fx Girls United eller en anden camp</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CF47FCE" w14:textId="77777777" w:rsidR="0019637D" w:rsidRDefault="002F5AC3">
            <w:pPr>
              <w:spacing w:after="0"/>
            </w:pPr>
            <w:r>
              <w:rPr>
                <w:sz w:val="21"/>
              </w:rPr>
              <w:t>Jonas og Hans-Henrik</w:t>
            </w:r>
          </w:p>
        </w:tc>
      </w:tr>
      <w:tr w:rsidR="0019637D" w14:paraId="07DDD754" w14:textId="77777777">
        <w:tc>
          <w:tcPr>
            <w:tcW w:w="66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77A9D5B" w14:textId="77777777" w:rsidR="0019637D" w:rsidRDefault="002F5AC3">
            <w:pPr>
              <w:spacing w:after="0"/>
            </w:pPr>
            <w:r>
              <w:rPr>
                <w:sz w:val="21"/>
              </w:rPr>
              <w:t>Forventningsafstemning, kommunikation og Facebook-gruppe</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5F3750A" w14:textId="77777777" w:rsidR="0019637D" w:rsidRDefault="002F5AC3">
            <w:pPr>
              <w:spacing w:after="0"/>
            </w:pPr>
            <w:r>
              <w:rPr>
                <w:sz w:val="21"/>
              </w:rPr>
              <w:t>Jonas, Jørgen og Thomas J</w:t>
            </w:r>
          </w:p>
        </w:tc>
      </w:tr>
      <w:tr w:rsidR="0019637D" w14:paraId="0366DF74" w14:textId="77777777">
        <w:tc>
          <w:tcPr>
            <w:tcW w:w="66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49A6B0F" w14:textId="77777777" w:rsidR="0019637D" w:rsidRDefault="002F5AC3">
            <w:pPr>
              <w:spacing w:after="0"/>
            </w:pPr>
            <w:r>
              <w:rPr>
                <w:sz w:val="21"/>
              </w:rPr>
              <w:t>Trænerbytte</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30A0B79" w14:textId="77777777" w:rsidR="0019637D" w:rsidRDefault="002F5AC3">
            <w:pPr>
              <w:spacing w:after="0"/>
            </w:pPr>
            <w:r>
              <w:rPr>
                <w:sz w:val="21"/>
              </w:rPr>
              <w:t>Thomas J og Jonas</w:t>
            </w:r>
          </w:p>
        </w:tc>
      </w:tr>
      <w:tr w:rsidR="0019637D" w14:paraId="6D752793" w14:textId="77777777">
        <w:tc>
          <w:tcPr>
            <w:tcW w:w="66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C9704FD" w14:textId="77777777" w:rsidR="0019637D" w:rsidRDefault="002F5AC3">
            <w:pPr>
              <w:spacing w:after="0"/>
            </w:pPr>
            <w:r>
              <w:rPr>
                <w:sz w:val="21"/>
              </w:rPr>
              <w:t>Klubdag</w:t>
            </w:r>
          </w:p>
        </w:tc>
        <w:tc>
          <w:tcPr>
            <w:tcW w:w="33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8A718F4" w14:textId="77777777" w:rsidR="0019637D" w:rsidRDefault="002F5AC3">
            <w:pPr>
              <w:spacing w:after="0"/>
            </w:pPr>
            <w:r>
              <w:rPr>
                <w:sz w:val="21"/>
              </w:rPr>
              <w:t>Thomas Larsen og Carlo</w:t>
            </w:r>
          </w:p>
        </w:tc>
      </w:tr>
    </w:tbl>
    <w:p w14:paraId="427C1190" w14:textId="77777777" w:rsidR="0019637D" w:rsidRDefault="002F5AC3">
      <w:r>
        <w:br w:type="page"/>
      </w:r>
    </w:p>
    <w:p w14:paraId="2CBA8F2A" w14:textId="77777777" w:rsidR="0019637D" w:rsidRDefault="002F5AC3">
      <w:pPr>
        <w:pStyle w:val="Overskrift1"/>
      </w:pPr>
      <w:r>
        <w:lastRenderedPageBreak/>
        <w:t>2 Ny formand og fordeling af ansvar</w:t>
      </w:r>
    </w:p>
    <w:p w14:paraId="0C130D89" w14:textId="77777777" w:rsidR="0019637D" w:rsidRDefault="002F5AC3">
      <w:pPr>
        <w:pStyle w:val="Overskrift2"/>
      </w:pPr>
      <w:r>
        <w:t>Formandens vigtigste opgaver</w:t>
      </w:r>
    </w:p>
    <w:p w14:paraId="51FAFAFD" w14:textId="77777777" w:rsidR="0019637D" w:rsidRDefault="002F5AC3">
      <w:r>
        <w:t>Der blev lagt vægt på, at formanden skal være facilitator og koordinator. Formanden skal ikke deltage i eller løse alle opgaver, men kan ofte støtte som sparringspartner. De vigtigste opgaver blev beskrevet som:</w:t>
      </w:r>
    </w:p>
    <w:p w14:paraId="247B9AEC" w14:textId="77777777" w:rsidR="0019637D" w:rsidRDefault="002F5AC3">
      <w:pPr>
        <w:pStyle w:val="Opstilling-punkttegn"/>
      </w:pPr>
      <w:r>
        <w:t>At sikre, at bestyrelsesmøder og seminarer planlægges og afholdes, og at der følges op på de aftaler, der indgås.</w:t>
      </w:r>
    </w:p>
    <w:p w14:paraId="34F30F80" w14:textId="77777777" w:rsidR="0019637D" w:rsidRDefault="002F5AC3">
      <w:pPr>
        <w:pStyle w:val="Opstilling-punkttegn"/>
      </w:pPr>
      <w:r>
        <w:t>At være synlig og prioritere deltagelse i relevante møder og arrangementer.</w:t>
      </w:r>
    </w:p>
    <w:p w14:paraId="6BA66B14" w14:textId="77777777" w:rsidR="0019637D" w:rsidRDefault="002F5AC3">
      <w:pPr>
        <w:pStyle w:val="Opstilling-punkttegn"/>
      </w:pPr>
      <w:r>
        <w:t>At sætte sig ind i den nødvendige viden og de forpligtelser, der følger med formandsrollen.</w:t>
      </w:r>
    </w:p>
    <w:p w14:paraId="6A66C657" w14:textId="77777777" w:rsidR="0019637D" w:rsidRDefault="002F5AC3">
      <w:pPr>
        <w:pStyle w:val="Overskrift2"/>
      </w:pPr>
      <w:r>
        <w:t>Opgavefordeling i klubben</w:t>
      </w:r>
    </w:p>
    <w:p w14:paraId="03D3DCFD" w14:textId="77777777" w:rsidR="0019637D" w:rsidRDefault="002F5AC3">
      <w:r>
        <w:t>Vurderingen var, at roller og opgaver generelt er godt fordelt, og at opgaver ikke uhensigtsmæssigt ender hos formanden. Høgemor-rollen og sponsorrollen mangler dog en person. Det blev desuden foreslået at overveje rekruttering af et ungt medlem til bestyrelsen.</w:t>
      </w:r>
    </w:p>
    <w:p w14:paraId="71D1802B" w14:textId="77777777" w:rsidR="0019637D" w:rsidRDefault="002F5AC3">
      <w:r>
        <w:t>Rollekortene blev vurderet som et tydeligt grundlag for at forklare opgaverne til kandidater. Det blev drøftet, om de skal opdateres eller præciseres. Årshjulet skal også præciseres, uden at det betyder, at formanden skal løse alle opgaverne.</w:t>
      </w:r>
    </w:p>
    <w:p w14:paraId="0D2EDC8C" w14:textId="77777777" w:rsidR="0019637D" w:rsidRDefault="002F5AC3">
      <w:pPr>
        <w:pStyle w:val="Overskrift2"/>
      </w:pPr>
      <w:r>
        <w:t>Kandidater og støtte til en ny formand</w:t>
      </w:r>
    </w:p>
    <w:p w14:paraId="59CFA220" w14:textId="77777777" w:rsidR="0019637D" w:rsidRDefault="002F5AC3">
      <w:r>
        <w:t>Forældregruppen blev fremhævet som det mest oplagte sted at finde kandidater. Træner- og ledergruppen blev også nævnt. Kandidaterne skal have en tydelig beskrivelse af rollen, forventningerne til synlighed og faglighed, de typer af henvendelser, der kan komme, og den nuværende bestyrelse, som de skal samarbejde med.</w:t>
      </w:r>
    </w:p>
    <w:p w14:paraId="0D8B9978" w14:textId="77777777" w:rsidR="0019637D" w:rsidRDefault="002F5AC3">
      <w:r>
        <w:t>Den nuværende formand skal tage de første samtaler og svare på spørgsmål om opgaven. En ny formand skal have en introduktions- og overdragelsesproces, hvor forventningerne til forløbet afstemmes. Rekruttering og fastholdelse af bestyrelsesmedlemmer blev også nævnt som et opmærksomhedspunkt.</w:t>
      </w:r>
    </w:p>
    <w:p w14:paraId="3F8B3D07" w14:textId="77777777" w:rsidR="0019637D" w:rsidRDefault="002F5AC3">
      <w:pPr>
        <w:pStyle w:val="Overskrift2"/>
      </w:pPr>
      <w:r>
        <w:t>Opfølgning på næste bestyrelsesmøde</w:t>
      </w:r>
    </w:p>
    <w:p w14:paraId="5BB1045E" w14:textId="77777777" w:rsidR="0019637D" w:rsidRDefault="002F5AC3">
      <w:r>
        <w:t>Punktet om at finde en ny formand skal på næste bestyrelsesmøde. Der skal arbejdes videre med at:</w:t>
      </w:r>
    </w:p>
    <w:p w14:paraId="31016749" w14:textId="77777777" w:rsidR="0019637D" w:rsidRDefault="002F5AC3">
      <w:pPr>
        <w:pStyle w:val="Opstilling-punkttegn"/>
      </w:pPr>
      <w:r>
        <w:t>Indhente forslag til kandidater fra bestyrelsen og lave en kandidatliste.</w:t>
      </w:r>
    </w:p>
    <w:p w14:paraId="1DE42CE5" w14:textId="77777777" w:rsidR="0019637D" w:rsidRDefault="002F5AC3">
      <w:pPr>
        <w:pStyle w:val="Opstilling-punkttegn"/>
      </w:pPr>
      <w:r>
        <w:t>Udarbejde et jobopslag, der beskriver formandsopgaven.</w:t>
      </w:r>
    </w:p>
    <w:p w14:paraId="559B0AB5" w14:textId="77777777" w:rsidR="0019637D" w:rsidRDefault="002F5AC3">
      <w:pPr>
        <w:pStyle w:val="Overskrift1"/>
      </w:pPr>
      <w:r>
        <w:t>3 Rekruttering og fastholdelse af medlemmer</w:t>
      </w:r>
    </w:p>
    <w:p w14:paraId="37F6A077" w14:textId="77777777" w:rsidR="0019637D" w:rsidRDefault="002F5AC3">
      <w:r>
        <w:t>Punktet blev ikke behandlet på mødet. Der er derfor ingen drøftelser eller aftaler at referere under dette punkt.</w:t>
      </w:r>
    </w:p>
    <w:sectPr w:rsidR="0019637D" w:rsidSect="00034616">
      <w:footerReference w:type="default" r:id="rId8"/>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1BF86" w14:textId="77777777" w:rsidR="002F5AC3" w:rsidRDefault="002F5AC3">
      <w:pPr>
        <w:spacing w:after="0" w:line="240" w:lineRule="auto"/>
      </w:pPr>
      <w:r>
        <w:separator/>
      </w:r>
    </w:p>
  </w:endnote>
  <w:endnote w:type="continuationSeparator" w:id="0">
    <w:p w14:paraId="1BA44B2A" w14:textId="77777777" w:rsidR="002F5AC3" w:rsidRDefault="002F5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FA04" w14:textId="77777777" w:rsidR="0019637D" w:rsidRDefault="002F5AC3">
    <w:pPr>
      <w:pStyle w:val="Sidefod"/>
      <w:jc w:val="right"/>
    </w:pPr>
    <w:r>
      <w:rPr>
        <w:sz w:val="18"/>
      </w:rPr>
      <w:t xml:space="preserve">Hadsten Hawks Basketball  ·  </w:t>
    </w:r>
    <w:r>
      <w:fldChar w:fldCharType="begin"/>
    </w:r>
    <w:r>
      <w:instrText>PAGE</w:instrText>
    </w:r>
    <w:r>
      <w:fldChar w:fldCharType="separate"/>
    </w:r>
    <w:r w:rsidR="00E6197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E123F" w14:textId="77777777" w:rsidR="002F5AC3" w:rsidRDefault="002F5AC3">
      <w:pPr>
        <w:spacing w:after="0" w:line="240" w:lineRule="auto"/>
      </w:pPr>
      <w:r>
        <w:separator/>
      </w:r>
    </w:p>
  </w:footnote>
  <w:footnote w:type="continuationSeparator" w:id="0">
    <w:p w14:paraId="7A05F35F" w14:textId="77777777" w:rsidR="002F5AC3" w:rsidRDefault="002F5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504322146">
    <w:abstractNumId w:val="8"/>
  </w:num>
  <w:num w:numId="2" w16cid:durableId="908727999">
    <w:abstractNumId w:val="6"/>
  </w:num>
  <w:num w:numId="3" w16cid:durableId="1881821424">
    <w:abstractNumId w:val="5"/>
  </w:num>
  <w:num w:numId="4" w16cid:durableId="2036728320">
    <w:abstractNumId w:val="4"/>
  </w:num>
  <w:num w:numId="5" w16cid:durableId="2100053005">
    <w:abstractNumId w:val="7"/>
  </w:num>
  <w:num w:numId="6" w16cid:durableId="1145242641">
    <w:abstractNumId w:val="3"/>
  </w:num>
  <w:num w:numId="7" w16cid:durableId="453672691">
    <w:abstractNumId w:val="2"/>
  </w:num>
  <w:num w:numId="8" w16cid:durableId="2131513966">
    <w:abstractNumId w:val="1"/>
  </w:num>
  <w:num w:numId="9" w16cid:durableId="1172644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637D"/>
    <w:rsid w:val="0029639D"/>
    <w:rsid w:val="002F5AC3"/>
    <w:rsid w:val="003016FC"/>
    <w:rsid w:val="00326F90"/>
    <w:rsid w:val="00AA1D8D"/>
    <w:rsid w:val="00B47730"/>
    <w:rsid w:val="00CB0664"/>
    <w:rsid w:val="00E619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EFA1C8"/>
  <w14:defaultImageDpi w14:val="300"/>
  <w15:docId w15:val="{E3EA55DE-8E6E-4C2E-87E7-3C8FAD567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Overskrift1">
    <w:name w:val="heading 1"/>
    <w:basedOn w:val="Normal"/>
    <w:next w:val="Normal"/>
    <w:link w:val="Overskrift1Tegn"/>
    <w:uiPriority w:val="9"/>
    <w:qFormat/>
    <w:rsid w:val="00FC693F"/>
    <w:pPr>
      <w:keepNext/>
      <w:keepLines/>
      <w:spacing w:before="240"/>
      <w:outlineLvl w:val="0"/>
    </w:pPr>
    <w:rPr>
      <w:rFonts w:asciiTheme="majorHAnsi" w:eastAsiaTheme="majorEastAsia" w:hAnsiTheme="majorHAnsi" w:cstheme="majorBidi"/>
      <w:b/>
      <w:bCs/>
      <w:sz w:val="30"/>
      <w:szCs w:val="28"/>
    </w:rPr>
  </w:style>
  <w:style w:type="paragraph" w:styleId="Overskrift2">
    <w:name w:val="heading 2"/>
    <w:basedOn w:val="Normal"/>
    <w:next w:val="Normal"/>
    <w:link w:val="Overskrift2Tegn"/>
    <w:uiPriority w:val="9"/>
    <w:unhideWhenUsed/>
    <w:qFormat/>
    <w:rsid w:val="00FC693F"/>
    <w:pPr>
      <w:keepNext/>
      <w:keepLines/>
      <w:spacing w:before="180" w:after="80"/>
      <w:outlineLvl w:val="1"/>
    </w:pPr>
    <w:rPr>
      <w:rFonts w:asciiTheme="majorHAnsi" w:eastAsiaTheme="majorEastAsia" w:hAnsiTheme="majorHAnsi" w:cstheme="majorBidi"/>
      <w:b/>
      <w:bCs/>
      <w:sz w:val="24"/>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ind w:left="360"/>
      <w:contextualSpacing/>
    </w:pPr>
  </w:style>
  <w:style w:type="paragraph" w:styleId="Opstilling-forts2">
    <w:name w:val="List Continue 2"/>
    <w:basedOn w:val="Normal"/>
    <w:uiPriority w:val="99"/>
    <w:unhideWhenUsed/>
    <w:rsid w:val="0029639D"/>
    <w:pPr>
      <w:ind w:left="720"/>
      <w:contextualSpacing/>
    </w:pPr>
  </w:style>
  <w:style w:type="paragraph" w:styleId="Opstilling-forts3">
    <w:name w:val="List Continue 3"/>
    <w:basedOn w:val="Normal"/>
    <w:uiPriority w:val="99"/>
    <w:unhideWhenUsed/>
    <w:rsid w:val="0029639D"/>
    <w:pPr>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Johansen</cp:lastModifiedBy>
  <cp:revision>2</cp:revision>
  <dcterms:created xsi:type="dcterms:W3CDTF">2026-10-12T17:16:00Z</dcterms:created>
  <dcterms:modified xsi:type="dcterms:W3CDTF">2026-10-12T17:16:00Z</dcterms:modified>
  <cp:category/>
</cp:coreProperties>
</file>